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7D9E24" w14:textId="51335BBB" w:rsidR="00DB7D64" w:rsidRDefault="00DB7D64">
      <w:pPr>
        <w:jc w:val="center"/>
        <w:rPr>
          <w:b/>
          <w:sz w:val="26"/>
        </w:rPr>
      </w:pPr>
      <w:r w:rsidRPr="00161B17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57728" behindDoc="1" locked="0" layoutInCell="1" allowOverlap="1" wp14:anchorId="7C45C0BD" wp14:editId="627DE0CF">
            <wp:simplePos x="0" y="0"/>
            <wp:positionH relativeFrom="margin">
              <wp:posOffset>323850</wp:posOffset>
            </wp:positionH>
            <wp:positionV relativeFrom="paragraph">
              <wp:posOffset>13335</wp:posOffset>
            </wp:positionV>
            <wp:extent cx="5943600" cy="977900"/>
            <wp:effectExtent l="0" t="0" r="0" b="0"/>
            <wp:wrapNone/>
            <wp:docPr id="12" name="Picture 4" descr="C:\Users\QuAMC\Desktop\newnorsu-letterhead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C:\Users\QuAMC\Desktop\newnorsu-letterhead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7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9CA1759" w14:textId="1E16AF2E" w:rsidR="00DB7D64" w:rsidRDefault="00DB7D64">
      <w:pPr>
        <w:jc w:val="center"/>
        <w:rPr>
          <w:b/>
          <w:sz w:val="26"/>
        </w:rPr>
      </w:pPr>
    </w:p>
    <w:p w14:paraId="59A494ED" w14:textId="7C11C805" w:rsidR="00DB7D64" w:rsidRDefault="00DB7D64">
      <w:pPr>
        <w:jc w:val="center"/>
        <w:rPr>
          <w:b/>
          <w:sz w:val="26"/>
        </w:rPr>
      </w:pPr>
    </w:p>
    <w:p w14:paraId="364850F0" w14:textId="58EEBBB9" w:rsidR="00123730" w:rsidRDefault="00000000">
      <w:pPr>
        <w:jc w:val="center"/>
      </w:pPr>
      <w:r>
        <w:rPr>
          <w:b/>
          <w:sz w:val="26"/>
        </w:rPr>
        <w:t>NEGROS ORIENTAL STATE UNIVERSITY</w:t>
      </w:r>
    </w:p>
    <w:p w14:paraId="0F55D784" w14:textId="77777777" w:rsidR="00123730" w:rsidRDefault="00000000">
      <w:pPr>
        <w:jc w:val="center"/>
      </w:pPr>
      <w:r>
        <w:rPr>
          <w:b/>
        </w:rPr>
        <w:t>RESEARCH ETHICS COMMITTEE</w:t>
      </w:r>
    </w:p>
    <w:p w14:paraId="6B398BA3" w14:textId="78D7939C" w:rsidR="00123730" w:rsidRDefault="00000000">
      <w:pPr>
        <w:jc w:val="center"/>
      </w:pPr>
      <w:r>
        <w:rPr>
          <w:b/>
          <w:sz w:val="30"/>
        </w:rPr>
        <w:t>COMPLAINT / CONCERN FORM</w:t>
      </w:r>
    </w:p>
    <w:p w14:paraId="396171E2" w14:textId="77777777" w:rsidR="00123730" w:rsidRDefault="00000000">
      <w:r>
        <w:rPr>
          <w:b/>
          <w:sz w:val="20"/>
        </w:rPr>
        <w:t>A. COMPLAINANT / REPORTER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4"/>
        <w:gridCol w:w="5178"/>
      </w:tblGrid>
      <w:tr w:rsidR="00123730" w14:paraId="22E0646D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6A5ABFEB" w14:textId="77777777" w:rsidR="00123730" w:rsidRDefault="00000000">
            <w:r>
              <w:rPr>
                <w:b/>
                <w:sz w:val="18"/>
              </w:rPr>
              <w:t>Name (optional, if permitted by policy)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6818BE3" w14:textId="77777777" w:rsidR="00123730" w:rsidRDefault="00000000">
            <w:r>
              <w:rPr>
                <w:sz w:val="18"/>
              </w:rPr>
              <w:t>____________________________________________</w:t>
            </w:r>
          </w:p>
        </w:tc>
      </w:tr>
      <w:tr w:rsidR="00123730" w14:paraId="160FC16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15795EBA" w14:textId="77777777" w:rsidR="00123730" w:rsidRDefault="00000000">
            <w:r>
              <w:rPr>
                <w:b/>
                <w:sz w:val="18"/>
              </w:rPr>
              <w:t>Affiliation / Institution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C33B0BA" w14:textId="77777777" w:rsidR="00123730" w:rsidRDefault="00000000">
            <w:r>
              <w:rPr>
                <w:sz w:val="18"/>
              </w:rPr>
              <w:t>____________________________________________</w:t>
            </w:r>
          </w:p>
        </w:tc>
      </w:tr>
      <w:tr w:rsidR="00123730" w14:paraId="1C0B3D94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757AC981" w14:textId="77777777" w:rsidR="00123730" w:rsidRDefault="00000000">
            <w:r>
              <w:rPr>
                <w:b/>
                <w:sz w:val="18"/>
              </w:rPr>
              <w:t>Contact Number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2915234" w14:textId="77777777" w:rsidR="00123730" w:rsidRDefault="00000000">
            <w:r>
              <w:rPr>
                <w:sz w:val="18"/>
              </w:rPr>
              <w:t>____________________________________________</w:t>
            </w:r>
          </w:p>
        </w:tc>
      </w:tr>
      <w:tr w:rsidR="00123730" w14:paraId="68EE7088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76462271" w14:textId="77777777" w:rsidR="00123730" w:rsidRDefault="00000000">
            <w:r>
              <w:rPr>
                <w:b/>
                <w:sz w:val="18"/>
              </w:rPr>
              <w:t>Email Address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BA44B6C" w14:textId="77777777" w:rsidR="00123730" w:rsidRDefault="00000000">
            <w:r>
              <w:rPr>
                <w:sz w:val="18"/>
              </w:rPr>
              <w:t>____________________________________________</w:t>
            </w:r>
          </w:p>
        </w:tc>
      </w:tr>
      <w:tr w:rsidR="00123730" w14:paraId="3A0C135B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1E600CD1" w14:textId="77777777" w:rsidR="00123730" w:rsidRDefault="00000000">
            <w:r>
              <w:rPr>
                <w:b/>
                <w:sz w:val="18"/>
              </w:rPr>
              <w:t>Preferred communication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5D8679E" w14:textId="77777777" w:rsidR="00123730" w:rsidRDefault="00000000">
            <w:r>
              <w:rPr>
                <w:sz w:val="18"/>
              </w:rPr>
              <w:t>☐ Email   ☐ Phone   ☐ In person   ☐ Other: __________</w:t>
            </w:r>
          </w:p>
        </w:tc>
      </w:tr>
    </w:tbl>
    <w:p w14:paraId="7C4F66AB" w14:textId="77777777" w:rsidR="00123730" w:rsidRDefault="00000000">
      <w:r>
        <w:rPr>
          <w:b/>
          <w:sz w:val="20"/>
        </w:rPr>
        <w:t>B. RESEARCH / STUDY INFORMATION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3"/>
        <w:gridCol w:w="5179"/>
      </w:tblGrid>
      <w:tr w:rsidR="00123730" w14:paraId="62625677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0D229B72" w14:textId="77777777" w:rsidR="00123730" w:rsidRDefault="00000000">
            <w:r>
              <w:rPr>
                <w:b/>
                <w:sz w:val="18"/>
              </w:rPr>
              <w:t>Study / Protocol Title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3B2187E" w14:textId="77777777" w:rsidR="00123730" w:rsidRDefault="00000000">
            <w:r>
              <w:rPr>
                <w:sz w:val="18"/>
              </w:rPr>
              <w:t>____________________________________________</w:t>
            </w:r>
          </w:p>
        </w:tc>
      </w:tr>
      <w:tr w:rsidR="00123730" w14:paraId="4FDD46CA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719BF203" w14:textId="77777777" w:rsidR="00123730" w:rsidRDefault="00000000">
            <w:r>
              <w:rPr>
                <w:b/>
                <w:sz w:val="18"/>
              </w:rPr>
              <w:t>Principal Investigator / Researcher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06A054AE" w14:textId="77777777" w:rsidR="00123730" w:rsidRDefault="00000000">
            <w:r>
              <w:rPr>
                <w:sz w:val="18"/>
              </w:rPr>
              <w:t>____________________________________________</w:t>
            </w:r>
          </w:p>
        </w:tc>
      </w:tr>
      <w:tr w:rsidR="00123730" w14:paraId="6B68E691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76F19A55" w14:textId="77777777" w:rsidR="00123730" w:rsidRDefault="00000000">
            <w:r>
              <w:rPr>
                <w:b/>
                <w:sz w:val="18"/>
              </w:rPr>
              <w:t>Protocol / REC Reference No.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DBA9EC0" w14:textId="77777777" w:rsidR="00123730" w:rsidRDefault="00000000">
            <w:r>
              <w:rPr>
                <w:sz w:val="18"/>
              </w:rPr>
              <w:t>____________________________________________</w:t>
            </w:r>
          </w:p>
        </w:tc>
      </w:tr>
      <w:tr w:rsidR="00123730" w14:paraId="55A39B9A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32623912" w14:textId="77777777" w:rsidR="00123730" w:rsidRDefault="00000000">
            <w:r>
              <w:rPr>
                <w:b/>
                <w:sz w:val="18"/>
              </w:rPr>
              <w:t>Date / Period of Incident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D342CB2" w14:textId="77777777" w:rsidR="00123730" w:rsidRDefault="00000000">
            <w:r>
              <w:rPr>
                <w:sz w:val="18"/>
              </w:rPr>
              <w:t>____________________________________________</w:t>
            </w:r>
          </w:p>
        </w:tc>
      </w:tr>
      <w:tr w:rsidR="00123730" w14:paraId="0A1057D5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0095555D" w14:textId="77777777" w:rsidR="00123730" w:rsidRDefault="00000000">
            <w:r>
              <w:rPr>
                <w:b/>
                <w:sz w:val="18"/>
              </w:rPr>
              <w:t>Location / Site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BF89245" w14:textId="77777777" w:rsidR="00123730" w:rsidRDefault="00000000">
            <w:r>
              <w:rPr>
                <w:sz w:val="18"/>
              </w:rPr>
              <w:t>____________________________________________</w:t>
            </w:r>
          </w:p>
        </w:tc>
      </w:tr>
    </w:tbl>
    <w:p w14:paraId="300641A6" w14:textId="77777777" w:rsidR="00123730" w:rsidRDefault="00000000">
      <w:r>
        <w:rPr>
          <w:b/>
          <w:sz w:val="20"/>
        </w:rPr>
        <w:t>C. TYPE OF COMPLAINT / CONCERN</w:t>
      </w:r>
    </w:p>
    <w:p w14:paraId="7B114AC7" w14:textId="77777777" w:rsidR="00123730" w:rsidRDefault="00000000">
      <w:pPr>
        <w:spacing w:after="40"/>
      </w:pPr>
      <w:r>
        <w:rPr>
          <w:sz w:val="18"/>
        </w:rPr>
        <w:t>☐ Participant rights / welfare     ☐ Informed consent     ☐ Privacy / confidentiality     ☐ Protocol compliance</w:t>
      </w:r>
    </w:p>
    <w:p w14:paraId="616EAD73" w14:textId="77777777" w:rsidR="00123730" w:rsidRDefault="00000000">
      <w:pPr>
        <w:spacing w:after="40"/>
      </w:pPr>
      <w:r>
        <w:rPr>
          <w:sz w:val="18"/>
        </w:rPr>
        <w:t>☐ Researcher / REC process     ☐ Conflict of interest     ☐ Possible ethical violation     ☐ Other</w:t>
      </w:r>
    </w:p>
    <w:p w14:paraId="6E010A0A" w14:textId="77777777" w:rsidR="00123730" w:rsidRDefault="00000000">
      <w:r>
        <w:rPr>
          <w:b/>
          <w:sz w:val="20"/>
        </w:rPr>
        <w:t>D. DESCRIPTION OF COMPLAINT / CONCERN</w:t>
      </w:r>
    </w:p>
    <w:p w14:paraId="38EB05BD" w14:textId="77777777" w:rsidR="00123730" w:rsidRDefault="00000000">
      <w:r>
        <w:rPr>
          <w:sz w:val="17"/>
        </w:rPr>
        <w:t>Describe the concern, including relevant facts, dates, persons involved, and actions already taken. Attach additional pages if necessary.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0352"/>
      </w:tblGrid>
      <w:tr w:rsidR="00123730" w14:paraId="01F1FEE7" w14:textId="77777777">
        <w:tc>
          <w:tcPr>
            <w:tcW w:w="10368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2B47F0EA" w14:textId="77777777" w:rsidR="00123730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  <w:r>
              <w:rPr>
                <w:sz w:val="18"/>
              </w:rPr>
              <w:br/>
            </w:r>
          </w:p>
        </w:tc>
      </w:tr>
    </w:tbl>
    <w:p w14:paraId="3BCC98BE" w14:textId="77777777" w:rsidR="00123730" w:rsidRDefault="00000000">
      <w:r>
        <w:rPr>
          <w:b/>
          <w:sz w:val="20"/>
        </w:rPr>
        <w:lastRenderedPageBreak/>
        <w:t>E. SUPPORTING DOCUMENTS / EVIDENCE</w:t>
      </w:r>
    </w:p>
    <w:p w14:paraId="330C8D0A" w14:textId="77777777" w:rsidR="00123730" w:rsidRDefault="00000000">
      <w:pPr>
        <w:spacing w:after="40"/>
      </w:pPr>
      <w:r>
        <w:rPr>
          <w:sz w:val="18"/>
        </w:rPr>
        <w:t>☐ Documents     ☐ Photos / screenshots     ☐ Correspondence     ☐ Other: __________</w:t>
      </w:r>
    </w:p>
    <w:p w14:paraId="038B8537" w14:textId="77777777" w:rsidR="00123730" w:rsidRDefault="00000000">
      <w:r>
        <w:rPr>
          <w:sz w:val="17"/>
        </w:rPr>
        <w:t>Attachments / description: ______________________________________________</w:t>
      </w:r>
    </w:p>
    <w:p w14:paraId="1A823486" w14:textId="77777777" w:rsidR="00123730" w:rsidRDefault="00000000">
      <w:r>
        <w:rPr>
          <w:b/>
          <w:sz w:val="20"/>
        </w:rPr>
        <w:t>F. DECLARATION</w:t>
      </w:r>
    </w:p>
    <w:p w14:paraId="1025AC3C" w14:textId="77777777" w:rsidR="00123730" w:rsidRDefault="00000000">
      <w:r>
        <w:rPr>
          <w:sz w:val="17"/>
        </w:rPr>
        <w:t>I certify that the information provided is true and accurate to the best of my knowledge. I understand that the REC may obtain additional information needed to assess and address the concern.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5176"/>
        <w:gridCol w:w="5176"/>
      </w:tblGrid>
      <w:tr w:rsidR="00123730" w14:paraId="5DAD2895" w14:textId="77777777"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104D2C14" w14:textId="77777777" w:rsidR="00123730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7BA0AA2B" w14:textId="77777777" w:rsidR="00123730" w:rsidRDefault="00000000">
            <w:r>
              <w:rPr>
                <w:sz w:val="18"/>
              </w:rPr>
              <w:br/>
            </w:r>
            <w:r>
              <w:rPr>
                <w:sz w:val="18"/>
              </w:rPr>
              <w:br/>
              <w:t>________________________</w:t>
            </w:r>
          </w:p>
        </w:tc>
      </w:tr>
      <w:tr w:rsidR="00123730" w14:paraId="15848233" w14:textId="77777777"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56FACACC" w14:textId="77777777" w:rsidR="00123730" w:rsidRDefault="00000000">
            <w:r>
              <w:rPr>
                <w:b/>
                <w:sz w:val="18"/>
              </w:rPr>
              <w:t>Complainant / Reporter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E42D8CF" w14:textId="77777777" w:rsidR="00123730" w:rsidRDefault="00000000">
            <w:r>
              <w:rPr>
                <w:b/>
                <w:sz w:val="18"/>
              </w:rPr>
              <w:t>Date</w:t>
            </w:r>
          </w:p>
        </w:tc>
      </w:tr>
    </w:tbl>
    <w:p w14:paraId="1783A1E4" w14:textId="77777777" w:rsidR="00123730" w:rsidRDefault="00000000">
      <w:r>
        <w:rPr>
          <w:b/>
          <w:sz w:val="20"/>
        </w:rPr>
        <w:t>G. FOR REC USE ONLY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173"/>
        <w:gridCol w:w="5179"/>
      </w:tblGrid>
      <w:tr w:rsidR="00123730" w14:paraId="33D5489B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2FE6669F" w14:textId="77777777" w:rsidR="00123730" w:rsidRDefault="00000000">
            <w:r>
              <w:rPr>
                <w:b/>
                <w:sz w:val="18"/>
              </w:rPr>
              <w:t>Date Received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4FB9D7B" w14:textId="77777777" w:rsidR="00123730" w:rsidRDefault="00000000">
            <w:r>
              <w:rPr>
                <w:sz w:val="18"/>
              </w:rPr>
              <w:t>________________</w:t>
            </w:r>
          </w:p>
        </w:tc>
      </w:tr>
      <w:tr w:rsidR="00123730" w14:paraId="72013B16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184F42BE" w14:textId="77777777" w:rsidR="00123730" w:rsidRDefault="00000000">
            <w:r>
              <w:rPr>
                <w:b/>
                <w:sz w:val="18"/>
              </w:rPr>
              <w:t>Received By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33C04419" w14:textId="77777777" w:rsidR="00123730" w:rsidRDefault="00000000">
            <w:r>
              <w:rPr>
                <w:sz w:val="18"/>
              </w:rPr>
              <w:t>____________________________________________</w:t>
            </w:r>
          </w:p>
        </w:tc>
      </w:tr>
      <w:tr w:rsidR="00123730" w14:paraId="79DD8BF3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3444AA30" w14:textId="77777777" w:rsidR="00123730" w:rsidRDefault="00000000">
            <w:r>
              <w:rPr>
                <w:b/>
                <w:sz w:val="18"/>
              </w:rPr>
              <w:t>Reference / Case No.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941BC31" w14:textId="77777777" w:rsidR="00123730" w:rsidRDefault="00000000">
            <w:r>
              <w:rPr>
                <w:sz w:val="18"/>
              </w:rPr>
              <w:t>________________</w:t>
            </w:r>
          </w:p>
        </w:tc>
      </w:tr>
      <w:tr w:rsidR="00123730" w14:paraId="75C78666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434ED58D" w14:textId="77777777" w:rsidR="00123730" w:rsidRDefault="00000000">
            <w:r>
              <w:rPr>
                <w:b/>
                <w:sz w:val="18"/>
              </w:rPr>
              <w:t>Initial Action / Disposition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426347D5" w14:textId="77777777" w:rsidR="00123730" w:rsidRDefault="00000000">
            <w:r>
              <w:rPr>
                <w:sz w:val="18"/>
              </w:rPr>
              <w:t>☐ Acknowledged  ☐ Referred  ☐ For Review  ☐ Closed  ☐ Other</w:t>
            </w:r>
          </w:p>
        </w:tc>
      </w:tr>
      <w:tr w:rsidR="00123730" w14:paraId="59DCA201" w14:textId="77777777">
        <w:trPr>
          <w:jc w:val="center"/>
        </w:trPr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  <w:shd w:val="clear" w:color="auto" w:fill="EAF2F8"/>
          </w:tcPr>
          <w:p w14:paraId="027BF6F6" w14:textId="77777777" w:rsidR="00123730" w:rsidRDefault="00000000">
            <w:r>
              <w:rPr>
                <w:b/>
                <w:sz w:val="18"/>
              </w:rPr>
              <w:t>Date Actioned</w:t>
            </w:r>
          </w:p>
        </w:tc>
        <w:tc>
          <w:tcPr>
            <w:tcW w:w="5184" w:type="dxa"/>
            <w:tcBorders>
              <w:top w:val="single" w:sz="6" w:space="0" w:color="808080"/>
              <w:left w:val="single" w:sz="6" w:space="0" w:color="808080"/>
              <w:bottom w:val="single" w:sz="6" w:space="0" w:color="808080"/>
              <w:right w:val="single" w:sz="6" w:space="0" w:color="808080"/>
            </w:tcBorders>
          </w:tcPr>
          <w:p w14:paraId="68BDF13D" w14:textId="77777777" w:rsidR="00123730" w:rsidRDefault="00000000">
            <w:r>
              <w:rPr>
                <w:sz w:val="18"/>
              </w:rPr>
              <w:t>________________</w:t>
            </w:r>
          </w:p>
        </w:tc>
      </w:tr>
    </w:tbl>
    <w:p w14:paraId="003FDFFA" w14:textId="77777777" w:rsidR="00123730" w:rsidRDefault="00000000">
      <w:r>
        <w:rPr>
          <w:i/>
          <w:sz w:val="16"/>
        </w:rPr>
        <w:t>Confidentiality note: Access to complaint information should be limited to authorized persons with a legitimate need to know.</w:t>
      </w:r>
    </w:p>
    <w:p w14:paraId="2D80249B" w14:textId="0A267A8E" w:rsidR="00123730" w:rsidRDefault="00123730"/>
    <w:sectPr w:rsidR="00123730" w:rsidSect="00034616">
      <w:headerReference w:type="default" r:id="rId9"/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F5A2C0C" w14:textId="77777777" w:rsidR="00F03E12" w:rsidRDefault="00F03E12" w:rsidP="00DB7D64">
      <w:pPr>
        <w:spacing w:after="0" w:line="240" w:lineRule="auto"/>
      </w:pPr>
      <w:r>
        <w:separator/>
      </w:r>
    </w:p>
  </w:endnote>
  <w:endnote w:type="continuationSeparator" w:id="0">
    <w:p w14:paraId="62F11210" w14:textId="77777777" w:rsidR="00F03E12" w:rsidRDefault="00F03E12" w:rsidP="00DB7D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073C53" w14:textId="77777777" w:rsidR="00F03E12" w:rsidRDefault="00F03E12" w:rsidP="00DB7D64">
      <w:pPr>
        <w:spacing w:after="0" w:line="240" w:lineRule="auto"/>
      </w:pPr>
      <w:r>
        <w:separator/>
      </w:r>
    </w:p>
  </w:footnote>
  <w:footnote w:type="continuationSeparator" w:id="0">
    <w:p w14:paraId="043F3301" w14:textId="77777777" w:rsidR="00F03E12" w:rsidRDefault="00F03E12" w:rsidP="00DB7D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b/>
      </w:rPr>
      <w:id w:val="1914350460"/>
      <w:docPartObj>
        <w:docPartGallery w:val="Page Numbers (Top of Page)"/>
        <w:docPartUnique/>
      </w:docPartObj>
    </w:sdtPr>
    <w:sdtContent>
      <w:p w14:paraId="2F392133" w14:textId="6F348903" w:rsidR="00AA3A21" w:rsidRDefault="00DB7D64" w:rsidP="00DB7D64">
        <w:pPr>
          <w:pStyle w:val="Header"/>
          <w:rPr>
            <w:b/>
          </w:rPr>
        </w:pPr>
        <w:r w:rsidRPr="009C7106">
          <w:rPr>
            <w:noProof/>
          </w:rPr>
          <mc:AlternateContent>
            <mc:Choice Requires="wps">
              <w:drawing>
                <wp:anchor distT="0" distB="0" distL="114300" distR="114300" simplePos="0" relativeHeight="251658752" behindDoc="1" locked="0" layoutInCell="1" allowOverlap="1" wp14:anchorId="5441D8CA" wp14:editId="5B41E1D4">
                  <wp:simplePos x="0" y="0"/>
                  <wp:positionH relativeFrom="margin">
                    <wp:posOffset>5358765</wp:posOffset>
                  </wp:positionH>
                  <wp:positionV relativeFrom="paragraph">
                    <wp:posOffset>-38100</wp:posOffset>
                  </wp:positionV>
                  <wp:extent cx="1181100" cy="561975"/>
                  <wp:effectExtent l="0" t="0" r="19050" b="28575"/>
                  <wp:wrapNone/>
                  <wp:docPr id="631867884" name="Rectangle 2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SpPr/>
                        <wps:spPr>
                          <a:xfrm>
                            <a:off x="0" y="0"/>
                            <a:ext cx="1181100" cy="561975"/>
                          </a:xfrm>
                          <a:prstGeom prst="rect">
                            <a:avLst/>
                          </a:prstGeom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rect w14:anchorId="64239494" id="Rectangle 2" o:spid="_x0000_s1026" style="position:absolute;margin-left:421.95pt;margin-top:-3pt;width:93pt;height:44.25pt;z-index:-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" fillcolor="white [3201]" strokecolor="black [3200]" strokeweight="2pt">
                  <w10:wrap anchorx="margin"/>
                </v:rect>
              </w:pict>
            </mc:Fallback>
          </mc:AlternateContent>
        </w:r>
        <w:r>
          <w:rPr>
            <w:b/>
          </w:rPr>
          <w:t xml:space="preserve">                                                                                                                                                                                  </w:t>
        </w:r>
        <w:r w:rsidRPr="009C7106">
          <w:rPr>
            <w:b/>
          </w:rPr>
          <w:t xml:space="preserve">FORM </w:t>
        </w:r>
        <w:r>
          <w:rPr>
            <w:b/>
          </w:rPr>
          <w:t>7</w:t>
        </w:r>
        <w:r w:rsidRPr="009C7106">
          <w:rPr>
            <w:b/>
          </w:rPr>
          <w:t xml:space="preserve"> – </w:t>
        </w:r>
        <w:r>
          <w:rPr>
            <w:b/>
          </w:rPr>
          <w:t>CCF</w:t>
        </w:r>
      </w:p>
      <w:p w14:paraId="4C893011" w14:textId="58714D49" w:rsidR="00AA3A21" w:rsidRDefault="00AA3A21" w:rsidP="00DB7D64">
        <w:pPr>
          <w:pStyle w:val="Header"/>
          <w:rPr>
            <w:b/>
          </w:rPr>
        </w:pPr>
        <w:r>
          <w:rPr>
            <w:b/>
          </w:rPr>
          <w:t xml:space="preserve">                                                                                                                                                                                  Year: </w:t>
        </w:r>
      </w:p>
      <w:p w14:paraId="378068D1" w14:textId="65A3680C" w:rsidR="00DB7D64" w:rsidRPr="00AA3A21" w:rsidRDefault="00AA3A21" w:rsidP="00AA3A21">
        <w:pPr>
          <w:pStyle w:val="Header"/>
          <w:rPr>
            <w:b/>
          </w:rPr>
        </w:pPr>
        <w:r>
          <w:rPr>
            <w:b/>
          </w:rPr>
          <w:t xml:space="preserve">                                                                                                                                                                                   Version:</w:t>
        </w:r>
      </w:p>
    </w:sdtContent>
  </w:sdt>
  <w:p w14:paraId="378D56D3" w14:textId="77777777" w:rsidR="00DB7D64" w:rsidRDefault="00DB7D6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8521223">
    <w:abstractNumId w:val="8"/>
  </w:num>
  <w:num w:numId="2" w16cid:durableId="1241210783">
    <w:abstractNumId w:val="6"/>
  </w:num>
  <w:num w:numId="3" w16cid:durableId="750154914">
    <w:abstractNumId w:val="5"/>
  </w:num>
  <w:num w:numId="4" w16cid:durableId="124735959">
    <w:abstractNumId w:val="4"/>
  </w:num>
  <w:num w:numId="5" w16cid:durableId="1142696269">
    <w:abstractNumId w:val="7"/>
  </w:num>
  <w:num w:numId="6" w16cid:durableId="1912614908">
    <w:abstractNumId w:val="3"/>
  </w:num>
  <w:num w:numId="7" w16cid:durableId="1024986834">
    <w:abstractNumId w:val="2"/>
  </w:num>
  <w:num w:numId="8" w16cid:durableId="234970309">
    <w:abstractNumId w:val="1"/>
  </w:num>
  <w:num w:numId="9" w16cid:durableId="18324067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1DD5"/>
    <w:rsid w:val="00123730"/>
    <w:rsid w:val="0015074B"/>
    <w:rsid w:val="0029639D"/>
    <w:rsid w:val="00326F90"/>
    <w:rsid w:val="00500EF0"/>
    <w:rsid w:val="00700C4D"/>
    <w:rsid w:val="00AA1D8D"/>
    <w:rsid w:val="00AA3A21"/>
    <w:rsid w:val="00B47730"/>
    <w:rsid w:val="00CB0664"/>
    <w:rsid w:val="00DB7D64"/>
    <w:rsid w:val="00F03E12"/>
    <w:rsid w:val="00F94B9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1A9DF7E"/>
  <w14:defaultImageDpi w14:val="300"/>
  <w15:docId w15:val="{9F88AC71-75FA-4329-9244-D70EAC3157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Joanna Marie Palagtiw</cp:lastModifiedBy>
  <cp:revision>3</cp:revision>
  <dcterms:created xsi:type="dcterms:W3CDTF">2026-09-17T09:28:00Z</dcterms:created>
  <dcterms:modified xsi:type="dcterms:W3CDTF">2026-09-18T00:36:00Z</dcterms:modified>
  <cp:category/>
</cp:coreProperties>
</file>